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798CA" w14:textId="77777777" w:rsidR="007F3B30" w:rsidRDefault="00390C33">
      <w:pPr>
        <w:jc w:val="center"/>
      </w:pPr>
      <w:r>
        <w:rPr>
          <w:b/>
          <w:sz w:val="32"/>
        </w:rPr>
        <w:t>APPLICATION FOR ACROSS CONFERENCE PARTICIPATION</w:t>
      </w:r>
    </w:p>
    <w:p w14:paraId="5E8D7B56" w14:textId="77777777" w:rsidR="007F3B30" w:rsidRDefault="00390C33">
      <w:pPr>
        <w:spacing w:before="140" w:after="60"/>
      </w:pPr>
      <w:r>
        <w:rPr>
          <w:b/>
          <w:sz w:val="20"/>
        </w:rPr>
        <w:t>1. APPLICANT INFORMATION</w:t>
      </w:r>
    </w:p>
    <w:tbl>
      <w:tblPr>
        <w:tblStyle w:val="TableGrid"/>
        <w:tblW w:w="0" w:type="auto"/>
        <w:tblLook w:val="04A0" w:firstRow="1" w:lastRow="0" w:firstColumn="1" w:lastColumn="0" w:noHBand="0" w:noVBand="1"/>
      </w:tblPr>
      <w:tblGrid>
        <w:gridCol w:w="4676"/>
        <w:gridCol w:w="4674"/>
      </w:tblGrid>
      <w:tr w:rsidR="007F3B30" w14:paraId="4F04E356" w14:textId="77777777">
        <w:tc>
          <w:tcPr>
            <w:tcW w:w="4680" w:type="dxa"/>
          </w:tcPr>
          <w:p w14:paraId="74C1791E" w14:textId="77777777" w:rsidR="007F3B30" w:rsidRDefault="00390C33">
            <w:r>
              <w:rPr>
                <w:b/>
                <w:sz w:val="17"/>
              </w:rPr>
              <w:t>Name and surname</w:t>
            </w:r>
          </w:p>
        </w:tc>
        <w:tc>
          <w:tcPr>
            <w:tcW w:w="4680" w:type="dxa"/>
          </w:tcPr>
          <w:p w14:paraId="3D505CCC" w14:textId="77777777" w:rsidR="007F3B30" w:rsidRDefault="007F3B30"/>
        </w:tc>
      </w:tr>
      <w:tr w:rsidR="007F3B30" w14:paraId="0093EA2C" w14:textId="77777777">
        <w:tc>
          <w:tcPr>
            <w:tcW w:w="4680" w:type="dxa"/>
          </w:tcPr>
          <w:p w14:paraId="0992434C" w14:textId="77777777" w:rsidR="007F3B30" w:rsidRDefault="00390C33">
            <w:r>
              <w:rPr>
                <w:b/>
                <w:sz w:val="17"/>
              </w:rPr>
              <w:t>Across partner university</w:t>
            </w:r>
          </w:p>
        </w:tc>
        <w:tc>
          <w:tcPr>
            <w:tcW w:w="4680" w:type="dxa"/>
          </w:tcPr>
          <w:p w14:paraId="4B2C610C" w14:textId="77777777" w:rsidR="007F3B30" w:rsidRDefault="007F3B30"/>
        </w:tc>
      </w:tr>
      <w:tr w:rsidR="007F3B30" w14:paraId="3C52B1EB" w14:textId="77777777">
        <w:tc>
          <w:tcPr>
            <w:tcW w:w="4680" w:type="dxa"/>
          </w:tcPr>
          <w:p w14:paraId="458B412C" w14:textId="77777777" w:rsidR="007F3B30" w:rsidRDefault="00390C33">
            <w:r>
              <w:rPr>
                <w:b/>
                <w:sz w:val="17"/>
              </w:rPr>
              <w:t>School / Faculty / Department / Research Unit</w:t>
            </w:r>
          </w:p>
        </w:tc>
        <w:tc>
          <w:tcPr>
            <w:tcW w:w="4680" w:type="dxa"/>
          </w:tcPr>
          <w:p w14:paraId="0A500EC1" w14:textId="77777777" w:rsidR="007F3B30" w:rsidRDefault="007F3B30"/>
        </w:tc>
      </w:tr>
      <w:tr w:rsidR="007F3B30" w14:paraId="3F82659D" w14:textId="77777777">
        <w:tc>
          <w:tcPr>
            <w:tcW w:w="4680" w:type="dxa"/>
          </w:tcPr>
          <w:p w14:paraId="4B8059DD" w14:textId="77777777" w:rsidR="007F3B30" w:rsidRDefault="00390C33">
            <w:r>
              <w:rPr>
                <w:b/>
                <w:sz w:val="17"/>
              </w:rPr>
              <w:t>Researcher profile (R1 / R2 / R3 / R4)</w:t>
            </w:r>
          </w:p>
        </w:tc>
        <w:tc>
          <w:tcPr>
            <w:tcW w:w="4680" w:type="dxa"/>
          </w:tcPr>
          <w:p w14:paraId="160456CB" w14:textId="77777777" w:rsidR="007F3B30" w:rsidRDefault="007F3B30"/>
        </w:tc>
      </w:tr>
      <w:tr w:rsidR="007F3B30" w14:paraId="5FEBAC6C" w14:textId="77777777">
        <w:tc>
          <w:tcPr>
            <w:tcW w:w="4680" w:type="dxa"/>
          </w:tcPr>
          <w:p w14:paraId="088116E6" w14:textId="77777777" w:rsidR="007F3B30" w:rsidRDefault="00390C33">
            <w:r>
              <w:rPr>
                <w:b/>
                <w:sz w:val="17"/>
              </w:rPr>
              <w:t>Phone / Mobile</w:t>
            </w:r>
          </w:p>
        </w:tc>
        <w:tc>
          <w:tcPr>
            <w:tcW w:w="4680" w:type="dxa"/>
          </w:tcPr>
          <w:p w14:paraId="5B582761" w14:textId="77777777" w:rsidR="007F3B30" w:rsidRDefault="007F3B30"/>
        </w:tc>
      </w:tr>
      <w:tr w:rsidR="007F3B30" w14:paraId="7EFD8442" w14:textId="77777777">
        <w:tc>
          <w:tcPr>
            <w:tcW w:w="4680" w:type="dxa"/>
          </w:tcPr>
          <w:p w14:paraId="6F42928F" w14:textId="77777777" w:rsidR="007F3B30" w:rsidRDefault="00390C33">
            <w:r>
              <w:rPr>
                <w:b/>
                <w:sz w:val="17"/>
              </w:rPr>
              <w:t>Email address</w:t>
            </w:r>
          </w:p>
        </w:tc>
        <w:tc>
          <w:tcPr>
            <w:tcW w:w="4680" w:type="dxa"/>
          </w:tcPr>
          <w:p w14:paraId="67FD644B" w14:textId="77777777" w:rsidR="007F3B30" w:rsidRDefault="007F3B30"/>
        </w:tc>
      </w:tr>
      <w:tr w:rsidR="007F3B30" w14:paraId="6C1A86E6" w14:textId="77777777">
        <w:tc>
          <w:tcPr>
            <w:tcW w:w="4680" w:type="dxa"/>
          </w:tcPr>
          <w:p w14:paraId="5EC7D136" w14:textId="77777777" w:rsidR="007F3B30" w:rsidRDefault="00390C33">
            <w:r>
              <w:rPr>
                <w:b/>
                <w:sz w:val="17"/>
              </w:rPr>
              <w:t>Conference name</w:t>
            </w:r>
          </w:p>
        </w:tc>
        <w:tc>
          <w:tcPr>
            <w:tcW w:w="4680" w:type="dxa"/>
          </w:tcPr>
          <w:p w14:paraId="32B1DA90" w14:textId="77777777" w:rsidR="007F3B30" w:rsidRDefault="007F3B30"/>
        </w:tc>
      </w:tr>
      <w:tr w:rsidR="007F3B30" w14:paraId="3C831FE7" w14:textId="77777777">
        <w:tc>
          <w:tcPr>
            <w:tcW w:w="4680" w:type="dxa"/>
          </w:tcPr>
          <w:p w14:paraId="50B6156C" w14:textId="77777777" w:rsidR="007F3B30" w:rsidRDefault="00390C33">
            <w:r>
              <w:rPr>
                <w:b/>
                <w:sz w:val="17"/>
              </w:rPr>
              <w:t>Organiser(s)</w:t>
            </w:r>
          </w:p>
        </w:tc>
        <w:tc>
          <w:tcPr>
            <w:tcW w:w="4680" w:type="dxa"/>
          </w:tcPr>
          <w:p w14:paraId="7460B16A" w14:textId="77777777" w:rsidR="007F3B30" w:rsidRDefault="007F3B30"/>
        </w:tc>
      </w:tr>
      <w:tr w:rsidR="007F3B30" w14:paraId="251F3F60" w14:textId="77777777">
        <w:tc>
          <w:tcPr>
            <w:tcW w:w="4680" w:type="dxa"/>
          </w:tcPr>
          <w:p w14:paraId="0D6BA615" w14:textId="77777777" w:rsidR="007F3B30" w:rsidRDefault="00390C33">
            <w:r>
              <w:rPr>
                <w:b/>
                <w:sz w:val="17"/>
              </w:rPr>
              <w:t>Location</w:t>
            </w:r>
          </w:p>
        </w:tc>
        <w:tc>
          <w:tcPr>
            <w:tcW w:w="4680" w:type="dxa"/>
          </w:tcPr>
          <w:p w14:paraId="75CF19D7" w14:textId="77777777" w:rsidR="007F3B30" w:rsidRDefault="007F3B30"/>
        </w:tc>
      </w:tr>
      <w:tr w:rsidR="007F3B30" w14:paraId="79209A51" w14:textId="77777777">
        <w:tc>
          <w:tcPr>
            <w:tcW w:w="4680" w:type="dxa"/>
          </w:tcPr>
          <w:p w14:paraId="3ACEF980" w14:textId="77777777" w:rsidR="007F3B30" w:rsidRDefault="00390C33">
            <w:r>
              <w:rPr>
                <w:b/>
                <w:sz w:val="17"/>
              </w:rPr>
              <w:t>Conference dates</w:t>
            </w:r>
          </w:p>
        </w:tc>
        <w:tc>
          <w:tcPr>
            <w:tcW w:w="4680" w:type="dxa"/>
          </w:tcPr>
          <w:p w14:paraId="3146831C" w14:textId="77777777" w:rsidR="007F3B30" w:rsidRDefault="007F3B30"/>
        </w:tc>
      </w:tr>
      <w:tr w:rsidR="007F3B30" w14:paraId="34152AF5" w14:textId="77777777">
        <w:tc>
          <w:tcPr>
            <w:tcW w:w="4680" w:type="dxa"/>
          </w:tcPr>
          <w:p w14:paraId="72CD0AC3" w14:textId="77777777" w:rsidR="007F3B30" w:rsidRDefault="00390C33">
            <w:r>
              <w:rPr>
                <w:b/>
                <w:sz w:val="17"/>
              </w:rPr>
              <w:t>Conference website</w:t>
            </w:r>
          </w:p>
        </w:tc>
        <w:tc>
          <w:tcPr>
            <w:tcW w:w="4680" w:type="dxa"/>
          </w:tcPr>
          <w:p w14:paraId="3F22C610" w14:textId="77777777" w:rsidR="007F3B30" w:rsidRDefault="007F3B30"/>
        </w:tc>
      </w:tr>
      <w:tr w:rsidR="007F3B30" w14:paraId="642B508F" w14:textId="77777777">
        <w:tc>
          <w:tcPr>
            <w:tcW w:w="4680" w:type="dxa"/>
          </w:tcPr>
          <w:p w14:paraId="2B1DB5FF" w14:textId="77777777" w:rsidR="007F3B30" w:rsidRDefault="00390C33">
            <w:r>
              <w:rPr>
                <w:b/>
                <w:sz w:val="17"/>
              </w:rPr>
              <w:t>Across Focus Area(s) concerned</w:t>
            </w:r>
          </w:p>
        </w:tc>
        <w:tc>
          <w:tcPr>
            <w:tcW w:w="4680" w:type="dxa"/>
          </w:tcPr>
          <w:p w14:paraId="2DDBCBEF" w14:textId="77777777" w:rsidR="007F3B30" w:rsidRDefault="007F3B30"/>
        </w:tc>
      </w:tr>
      <w:tr w:rsidR="007F3B30" w14:paraId="73D42824" w14:textId="77777777">
        <w:tc>
          <w:tcPr>
            <w:tcW w:w="4680" w:type="dxa"/>
          </w:tcPr>
          <w:p w14:paraId="6CBE7BC0" w14:textId="77777777" w:rsidR="007F3B30" w:rsidRDefault="00390C33">
            <w:r>
              <w:rPr>
                <w:b/>
                <w:sz w:val="17"/>
              </w:rPr>
              <w:t>Type of participation / scientific contribution</w:t>
            </w:r>
          </w:p>
        </w:tc>
        <w:tc>
          <w:tcPr>
            <w:tcW w:w="4680" w:type="dxa"/>
          </w:tcPr>
          <w:p w14:paraId="629E73FA" w14:textId="77777777" w:rsidR="007F3B30" w:rsidRDefault="007F3B30"/>
        </w:tc>
      </w:tr>
    </w:tbl>
    <w:p w14:paraId="2D14E39E" w14:textId="77777777" w:rsidR="007F3B30" w:rsidRDefault="00390C33">
      <w:pPr>
        <w:spacing w:before="140" w:after="60"/>
      </w:pPr>
      <w:r>
        <w:rPr>
          <w:b/>
          <w:sz w:val="20"/>
        </w:rPr>
        <w:t>2. CONFERENCE INFORMATION</w:t>
      </w:r>
    </w:p>
    <w:p w14:paraId="156CE5AA" w14:textId="77777777" w:rsidR="007F3B30" w:rsidRDefault="00390C33">
      <w:pPr>
        <w:spacing w:before="140" w:after="60"/>
      </w:pPr>
      <w:r>
        <w:rPr>
          <w:b/>
          <w:sz w:val="20"/>
        </w:rPr>
        <w:t>3. ELIGIBILITY MODALITY</w:t>
      </w:r>
    </w:p>
    <w:p w14:paraId="0DB36641" w14:textId="3A91D81D" w:rsidR="007F3B30" w:rsidRDefault="00C15C06" w:rsidP="005330F6">
      <w:pPr>
        <w:pStyle w:val="ListBullet"/>
        <w:numPr>
          <w:ilvl w:val="0"/>
          <w:numId w:val="0"/>
        </w:numPr>
        <w:spacing w:after="40"/>
        <w:ind w:left="360"/>
      </w:pPr>
      <w:sdt>
        <w:sdtPr>
          <w:id w:val="748623426"/>
          <w14:checkbox>
            <w14:checked w14:val="0"/>
            <w14:checkedState w14:val="2612" w14:font="MS Gothic"/>
            <w14:uncheckedState w14:val="2610" w14:font="MS Gothic"/>
          </w14:checkbox>
        </w:sdtPr>
        <w:sdtEndPr/>
        <w:sdtContent>
          <w:r w:rsidR="00970F33">
            <w:rPr>
              <w:rFonts w:ascii="MS Gothic" w:eastAsia="MS Gothic" w:hAnsi="MS Gothic" w:hint="eastAsia"/>
            </w:rPr>
            <w:t>☐</w:t>
          </w:r>
        </w:sdtContent>
      </w:sdt>
      <w:r w:rsidR="00390C33">
        <w:t xml:space="preserve">Conference </w:t>
      </w:r>
      <w:proofErr w:type="spellStart"/>
      <w:r w:rsidR="00390C33">
        <w:t>organised</w:t>
      </w:r>
      <w:proofErr w:type="spellEnd"/>
      <w:r w:rsidR="00390C33">
        <w:t xml:space="preserve"> or co-</w:t>
      </w:r>
      <w:proofErr w:type="spellStart"/>
      <w:r w:rsidR="00390C33">
        <w:t>organised</w:t>
      </w:r>
      <w:proofErr w:type="spellEnd"/>
      <w:r w:rsidR="00390C33">
        <w:t xml:space="preserve"> by one or more Across partner universities.</w:t>
      </w:r>
    </w:p>
    <w:p w14:paraId="366687A2" w14:textId="09C087F8" w:rsidR="007F3B30" w:rsidRDefault="00C15C06" w:rsidP="00970F33">
      <w:pPr>
        <w:pStyle w:val="ListBullet"/>
        <w:numPr>
          <w:ilvl w:val="0"/>
          <w:numId w:val="0"/>
        </w:numPr>
        <w:spacing w:after="40"/>
        <w:ind w:left="360"/>
      </w:pPr>
      <w:sdt>
        <w:sdtPr>
          <w:id w:val="2092883388"/>
          <w14:checkbox>
            <w14:checked w14:val="0"/>
            <w14:checkedState w14:val="2612" w14:font="MS Gothic"/>
            <w14:uncheckedState w14:val="2610" w14:font="MS Gothic"/>
          </w14:checkbox>
        </w:sdtPr>
        <w:sdtEndPr/>
        <w:sdtContent>
          <w:r w:rsidR="00970F33">
            <w:rPr>
              <w:rFonts w:ascii="MS Gothic" w:eastAsia="MS Gothic" w:hAnsi="MS Gothic" w:hint="eastAsia"/>
            </w:rPr>
            <w:t>☐</w:t>
          </w:r>
        </w:sdtContent>
      </w:sdt>
      <w:r w:rsidR="00390C33">
        <w:t>External conference with joint participation by at least two researchers from at least two Across partner universities and a joint scientific contribution.</w:t>
      </w:r>
    </w:p>
    <w:p w14:paraId="166E1849" w14:textId="77777777" w:rsidR="007F3B30" w:rsidRDefault="00390C33">
      <w:pPr>
        <w:spacing w:before="140" w:after="60"/>
      </w:pPr>
      <w:r>
        <w:rPr>
          <w:b/>
          <w:sz w:val="20"/>
        </w:rPr>
        <w:t>4. JOINT ACROSS PARTICIPATION (FOR EXTERNAL CONFERENCES)</w:t>
      </w:r>
    </w:p>
    <w:tbl>
      <w:tblPr>
        <w:tblStyle w:val="TableGrid"/>
        <w:tblW w:w="0" w:type="auto"/>
        <w:tblLook w:val="04A0" w:firstRow="1" w:lastRow="0" w:firstColumn="1" w:lastColumn="0" w:noHBand="0" w:noVBand="1"/>
      </w:tblPr>
      <w:tblGrid>
        <w:gridCol w:w="3117"/>
        <w:gridCol w:w="3116"/>
        <w:gridCol w:w="3117"/>
      </w:tblGrid>
      <w:tr w:rsidR="007F3B30" w14:paraId="75C04CA1" w14:textId="77777777">
        <w:tc>
          <w:tcPr>
            <w:tcW w:w="3120" w:type="dxa"/>
          </w:tcPr>
          <w:p w14:paraId="18A67879" w14:textId="77777777" w:rsidR="007F3B30" w:rsidRDefault="00390C33">
            <w:r>
              <w:rPr>
                <w:b/>
                <w:sz w:val="17"/>
              </w:rPr>
              <w:t>Researcher</w:t>
            </w:r>
          </w:p>
        </w:tc>
        <w:tc>
          <w:tcPr>
            <w:tcW w:w="3120" w:type="dxa"/>
          </w:tcPr>
          <w:p w14:paraId="4568662A" w14:textId="77777777" w:rsidR="007F3B30" w:rsidRDefault="00390C33">
            <w:r>
              <w:rPr>
                <w:b/>
                <w:sz w:val="17"/>
              </w:rPr>
              <w:t>Across university</w:t>
            </w:r>
          </w:p>
        </w:tc>
        <w:tc>
          <w:tcPr>
            <w:tcW w:w="3120" w:type="dxa"/>
          </w:tcPr>
          <w:p w14:paraId="5124398A" w14:textId="77777777" w:rsidR="007F3B30" w:rsidRDefault="00390C33">
            <w:r>
              <w:rPr>
                <w:b/>
                <w:sz w:val="17"/>
              </w:rPr>
              <w:t>Role / joint contribution</w:t>
            </w:r>
          </w:p>
        </w:tc>
      </w:tr>
      <w:tr w:rsidR="007F3B30" w14:paraId="660762DD" w14:textId="77777777">
        <w:tc>
          <w:tcPr>
            <w:tcW w:w="3120" w:type="dxa"/>
          </w:tcPr>
          <w:p w14:paraId="6D48B319" w14:textId="77777777" w:rsidR="007F3B30" w:rsidRDefault="007F3B30"/>
        </w:tc>
        <w:tc>
          <w:tcPr>
            <w:tcW w:w="3120" w:type="dxa"/>
          </w:tcPr>
          <w:p w14:paraId="190BB49B" w14:textId="77777777" w:rsidR="007F3B30" w:rsidRDefault="007F3B30"/>
        </w:tc>
        <w:tc>
          <w:tcPr>
            <w:tcW w:w="3120" w:type="dxa"/>
          </w:tcPr>
          <w:p w14:paraId="711C4EC9" w14:textId="77777777" w:rsidR="007F3B30" w:rsidRDefault="007F3B30"/>
        </w:tc>
      </w:tr>
      <w:tr w:rsidR="007F3B30" w14:paraId="36DF744F" w14:textId="77777777">
        <w:tc>
          <w:tcPr>
            <w:tcW w:w="3120" w:type="dxa"/>
          </w:tcPr>
          <w:p w14:paraId="44689D37" w14:textId="77777777" w:rsidR="007F3B30" w:rsidRDefault="007F3B30"/>
        </w:tc>
        <w:tc>
          <w:tcPr>
            <w:tcW w:w="3120" w:type="dxa"/>
          </w:tcPr>
          <w:p w14:paraId="7C641427" w14:textId="77777777" w:rsidR="007F3B30" w:rsidRDefault="007F3B30"/>
        </w:tc>
        <w:tc>
          <w:tcPr>
            <w:tcW w:w="3120" w:type="dxa"/>
          </w:tcPr>
          <w:p w14:paraId="26661FD2" w14:textId="77777777" w:rsidR="007F3B30" w:rsidRDefault="007F3B30"/>
        </w:tc>
      </w:tr>
      <w:tr w:rsidR="007F3B30" w14:paraId="574CDA05" w14:textId="77777777">
        <w:tc>
          <w:tcPr>
            <w:tcW w:w="3120" w:type="dxa"/>
          </w:tcPr>
          <w:p w14:paraId="357DDD4E" w14:textId="77777777" w:rsidR="007F3B30" w:rsidRDefault="007F3B30"/>
        </w:tc>
        <w:tc>
          <w:tcPr>
            <w:tcW w:w="3120" w:type="dxa"/>
          </w:tcPr>
          <w:p w14:paraId="389FD4AD" w14:textId="77777777" w:rsidR="007F3B30" w:rsidRDefault="007F3B30"/>
        </w:tc>
        <w:tc>
          <w:tcPr>
            <w:tcW w:w="3120" w:type="dxa"/>
          </w:tcPr>
          <w:p w14:paraId="66AEB46E" w14:textId="77777777" w:rsidR="007F3B30" w:rsidRDefault="007F3B30"/>
        </w:tc>
      </w:tr>
      <w:tr w:rsidR="007F3B30" w14:paraId="3F033ABB" w14:textId="77777777">
        <w:tc>
          <w:tcPr>
            <w:tcW w:w="3120" w:type="dxa"/>
          </w:tcPr>
          <w:p w14:paraId="3A54C789" w14:textId="77777777" w:rsidR="007F3B30" w:rsidRDefault="007F3B30"/>
        </w:tc>
        <w:tc>
          <w:tcPr>
            <w:tcW w:w="3120" w:type="dxa"/>
          </w:tcPr>
          <w:p w14:paraId="6177A4D0" w14:textId="77777777" w:rsidR="007F3B30" w:rsidRDefault="007F3B30"/>
        </w:tc>
        <w:tc>
          <w:tcPr>
            <w:tcW w:w="3120" w:type="dxa"/>
          </w:tcPr>
          <w:p w14:paraId="45FABBCB" w14:textId="77777777" w:rsidR="007F3B30" w:rsidRDefault="007F3B30"/>
        </w:tc>
      </w:tr>
    </w:tbl>
    <w:p w14:paraId="79F0E58E" w14:textId="77777777" w:rsidR="007F3B30" w:rsidRDefault="00390C33">
      <w:pPr>
        <w:spacing w:before="140" w:after="60"/>
      </w:pPr>
      <w:r>
        <w:rPr>
          <w:b/>
          <w:sz w:val="20"/>
        </w:rPr>
        <w:t>5. FUNDING INFORMATION</w:t>
      </w:r>
    </w:p>
    <w:tbl>
      <w:tblPr>
        <w:tblStyle w:val="TableGrid"/>
        <w:tblW w:w="0" w:type="auto"/>
        <w:tblLook w:val="04A0" w:firstRow="1" w:lastRow="0" w:firstColumn="1" w:lastColumn="0" w:noHBand="0" w:noVBand="1"/>
      </w:tblPr>
      <w:tblGrid>
        <w:gridCol w:w="4676"/>
        <w:gridCol w:w="4674"/>
      </w:tblGrid>
      <w:tr w:rsidR="007F3B30" w14:paraId="69627349" w14:textId="77777777">
        <w:tc>
          <w:tcPr>
            <w:tcW w:w="4680" w:type="dxa"/>
          </w:tcPr>
          <w:p w14:paraId="29A37FAF" w14:textId="178CF613" w:rsidR="007F3B30" w:rsidRDefault="00390C33">
            <w:r>
              <w:rPr>
                <w:b/>
                <w:sz w:val="17"/>
              </w:rPr>
              <w:t xml:space="preserve">Estimated </w:t>
            </w:r>
            <w:r w:rsidR="004C0B1A">
              <w:rPr>
                <w:b/>
                <w:sz w:val="17"/>
              </w:rPr>
              <w:t>participation cost</w:t>
            </w:r>
            <w:r w:rsidR="001F4502">
              <w:rPr>
                <w:b/>
                <w:sz w:val="17"/>
              </w:rPr>
              <w:t xml:space="preserve"> (travel, accommodation, fee, etc.)</w:t>
            </w:r>
          </w:p>
        </w:tc>
        <w:tc>
          <w:tcPr>
            <w:tcW w:w="4680" w:type="dxa"/>
          </w:tcPr>
          <w:p w14:paraId="0066233C" w14:textId="77777777" w:rsidR="007F3B30" w:rsidRDefault="007F3B30"/>
        </w:tc>
      </w:tr>
      <w:tr w:rsidR="007F3B30" w14:paraId="673BE9F1" w14:textId="77777777">
        <w:tc>
          <w:tcPr>
            <w:tcW w:w="4680" w:type="dxa"/>
          </w:tcPr>
          <w:p w14:paraId="00EDA419" w14:textId="77777777" w:rsidR="007F3B30" w:rsidRDefault="00390C33">
            <w:r>
              <w:rPr>
                <w:b/>
                <w:sz w:val="17"/>
              </w:rPr>
              <w:t>Estimated individual support / subsistence cost</w:t>
            </w:r>
          </w:p>
        </w:tc>
        <w:tc>
          <w:tcPr>
            <w:tcW w:w="4680" w:type="dxa"/>
          </w:tcPr>
          <w:p w14:paraId="37BCF626" w14:textId="77777777" w:rsidR="007F3B30" w:rsidRDefault="007F3B30"/>
        </w:tc>
      </w:tr>
      <w:tr w:rsidR="007F3B30" w14:paraId="6D273DE7" w14:textId="77777777">
        <w:tc>
          <w:tcPr>
            <w:tcW w:w="4680" w:type="dxa"/>
          </w:tcPr>
          <w:p w14:paraId="008ABB90" w14:textId="77777777" w:rsidR="007F3B30" w:rsidRDefault="00390C33">
            <w:r>
              <w:rPr>
                <w:b/>
                <w:sz w:val="17"/>
              </w:rPr>
              <w:t>Other funding received for the same costs (Yes/No; specify)</w:t>
            </w:r>
          </w:p>
        </w:tc>
        <w:tc>
          <w:tcPr>
            <w:tcW w:w="4680" w:type="dxa"/>
          </w:tcPr>
          <w:p w14:paraId="654A4433" w14:textId="77777777" w:rsidR="007F3B30" w:rsidRDefault="007F3B30"/>
        </w:tc>
      </w:tr>
    </w:tbl>
    <w:p w14:paraId="157EC95F" w14:textId="77777777" w:rsidR="007F3B30" w:rsidRDefault="00390C33">
      <w:pPr>
        <w:spacing w:after="80"/>
      </w:pPr>
      <w:r>
        <w:t>By signing and submitting this application, the applicant declares that the information provided is accurate and that the same costs will not be financed twice from Across or other European Union funding sources.</w:t>
      </w:r>
    </w:p>
    <w:tbl>
      <w:tblPr>
        <w:tblStyle w:val="TableGrid"/>
        <w:tblW w:w="0" w:type="auto"/>
        <w:tblLook w:val="04A0" w:firstRow="1" w:lastRow="0" w:firstColumn="1" w:lastColumn="0" w:noHBand="0" w:noVBand="1"/>
      </w:tblPr>
      <w:tblGrid>
        <w:gridCol w:w="4675"/>
        <w:gridCol w:w="4675"/>
      </w:tblGrid>
      <w:tr w:rsidR="007F3B30" w14:paraId="30FC272E" w14:textId="77777777">
        <w:tc>
          <w:tcPr>
            <w:tcW w:w="4680" w:type="dxa"/>
          </w:tcPr>
          <w:p w14:paraId="3BFFFE21" w14:textId="77777777" w:rsidR="007F3B30" w:rsidRDefault="00390C33">
            <w:r>
              <w:rPr>
                <w:b/>
                <w:sz w:val="17"/>
              </w:rPr>
              <w:t>Place and date</w:t>
            </w:r>
          </w:p>
        </w:tc>
        <w:tc>
          <w:tcPr>
            <w:tcW w:w="4680" w:type="dxa"/>
          </w:tcPr>
          <w:p w14:paraId="66C50FCD" w14:textId="77777777" w:rsidR="007F3B30" w:rsidRDefault="00390C33">
            <w:r>
              <w:rPr>
                <w:b/>
                <w:sz w:val="17"/>
              </w:rPr>
              <w:t>Signature</w:t>
            </w:r>
          </w:p>
        </w:tc>
      </w:tr>
      <w:tr w:rsidR="007F3B30" w14:paraId="22ED71D1" w14:textId="77777777">
        <w:tc>
          <w:tcPr>
            <w:tcW w:w="4680" w:type="dxa"/>
          </w:tcPr>
          <w:p w14:paraId="5477E547" w14:textId="77777777" w:rsidR="007F3B30" w:rsidRDefault="00390C33">
            <w:r>
              <w:rPr>
                <w:sz w:val="17"/>
              </w:rPr>
              <w:br/>
            </w:r>
            <w:r>
              <w:rPr>
                <w:sz w:val="17"/>
              </w:rPr>
              <w:br/>
            </w:r>
          </w:p>
        </w:tc>
        <w:tc>
          <w:tcPr>
            <w:tcW w:w="4680" w:type="dxa"/>
          </w:tcPr>
          <w:p w14:paraId="16A3BF45" w14:textId="77777777" w:rsidR="007F3B30" w:rsidRDefault="00390C33">
            <w:r>
              <w:rPr>
                <w:sz w:val="17"/>
              </w:rPr>
              <w:br/>
            </w:r>
            <w:r>
              <w:rPr>
                <w:sz w:val="17"/>
              </w:rPr>
              <w:br/>
            </w:r>
          </w:p>
        </w:tc>
      </w:tr>
    </w:tbl>
    <w:p w14:paraId="35D8E4CD" w14:textId="77777777" w:rsidR="00390C33" w:rsidRDefault="00390C33"/>
    <w:sectPr w:rsidR="00390C33" w:rsidSect="00034616">
      <w:headerReference w:type="default" r:id="rId8"/>
      <w:footerReference w:type="default" r:id="rId9"/>
      <w:pgSz w:w="12240" w:h="15840"/>
      <w:pgMar w:top="2088" w:right="1368" w:bottom="1440" w:left="15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ADB73" w14:textId="77777777" w:rsidR="00C15C06" w:rsidRDefault="00C15C06">
      <w:pPr>
        <w:spacing w:after="0" w:line="240" w:lineRule="auto"/>
      </w:pPr>
      <w:r>
        <w:separator/>
      </w:r>
    </w:p>
  </w:endnote>
  <w:endnote w:type="continuationSeparator" w:id="0">
    <w:p w14:paraId="456B95A8" w14:textId="77777777" w:rsidR="00C15C06" w:rsidRDefault="00C1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C5A8" w14:textId="52A90024" w:rsidR="007F3B30" w:rsidRDefault="00BF23C5">
    <w:r>
      <w:rPr>
        <w:noProof/>
      </w:rPr>
      <w:drawing>
        <wp:inline distT="0" distB="0" distL="0" distR="0" wp14:anchorId="239835EC" wp14:editId="201EA4E7">
          <wp:extent cx="2426335" cy="829310"/>
          <wp:effectExtent l="0" t="0" r="0" b="8890"/>
          <wp:docPr id="1861964800"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335" cy="829310"/>
                  </a:xfrm>
                  <a:prstGeom prst="rect">
                    <a:avLst/>
                  </a:prstGeom>
                  <a:noFill/>
                </pic:spPr>
              </pic:pic>
            </a:graphicData>
          </a:graphic>
        </wp:inline>
      </w:drawing>
    </w:r>
  </w:p>
  <w:p w14:paraId="4C419B64" w14:textId="50E38F19" w:rsidR="007F3B30" w:rsidRDefault="00390C33">
    <w:pPr>
      <w:jc w:val="right"/>
    </w:pPr>
    <w:r>
      <w:t xml:space="preserve">Page </w:t>
    </w:r>
    <w:r>
      <w:fldChar w:fldCharType="begin"/>
    </w:r>
    <w:r>
      <w:instrText>PAGE</w:instrText>
    </w:r>
    <w:r>
      <w:fldChar w:fldCharType="separate"/>
    </w:r>
    <w:r w:rsidR="00F30BC2">
      <w:rPr>
        <w:noProof/>
      </w:rPr>
      <w:t>1</w:t>
    </w:r>
    <w:r>
      <w:fldChar w:fldCharType="end"/>
    </w:r>
    <w:r>
      <w:t xml:space="preserve"> of </w:t>
    </w:r>
    <w:r>
      <w:fldChar w:fldCharType="begin"/>
    </w:r>
    <w:r>
      <w:instrText>NUMPAGES</w:instrText>
    </w:r>
    <w:r>
      <w:fldChar w:fldCharType="separate"/>
    </w:r>
    <w:r w:rsidR="00F30BC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D426B" w14:textId="77777777" w:rsidR="00C15C06" w:rsidRDefault="00C15C06">
      <w:pPr>
        <w:spacing w:after="0" w:line="240" w:lineRule="auto"/>
      </w:pPr>
      <w:r>
        <w:separator/>
      </w:r>
    </w:p>
  </w:footnote>
  <w:footnote w:type="continuationSeparator" w:id="0">
    <w:p w14:paraId="54C840D4" w14:textId="77777777" w:rsidR="00C15C06" w:rsidRDefault="00C15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D5D4" w14:textId="39380E4B" w:rsidR="007F3B30" w:rsidRPr="00F30BC2" w:rsidRDefault="00F30BC2" w:rsidP="00F30BC2">
    <w:pPr>
      <w:pStyle w:val="Header"/>
      <w:pBdr>
        <w:bottom w:val="single" w:sz="4" w:space="1" w:color="auto"/>
      </w:pBdr>
    </w:pPr>
    <w:r>
      <w:rPr>
        <w:noProof/>
      </w:rPr>
      <w:drawing>
        <wp:inline distT="0" distB="0" distL="0" distR="0" wp14:anchorId="52658651" wp14:editId="38A1FB72">
          <wp:extent cx="6309995" cy="1243965"/>
          <wp:effectExtent l="0" t="0" r="0" b="0"/>
          <wp:docPr id="27772630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995" cy="12439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0C6"/>
    <w:rsid w:val="0015074B"/>
    <w:rsid w:val="0015202C"/>
    <w:rsid w:val="0015661D"/>
    <w:rsid w:val="001B6EC6"/>
    <w:rsid w:val="001F4502"/>
    <w:rsid w:val="00246473"/>
    <w:rsid w:val="00247A8D"/>
    <w:rsid w:val="0029639D"/>
    <w:rsid w:val="00326F90"/>
    <w:rsid w:val="003715A4"/>
    <w:rsid w:val="00390C33"/>
    <w:rsid w:val="004C0B1A"/>
    <w:rsid w:val="005330F6"/>
    <w:rsid w:val="00641CAD"/>
    <w:rsid w:val="00677603"/>
    <w:rsid w:val="006931F8"/>
    <w:rsid w:val="006B1866"/>
    <w:rsid w:val="006C218D"/>
    <w:rsid w:val="00793A4B"/>
    <w:rsid w:val="007F3B30"/>
    <w:rsid w:val="0082234D"/>
    <w:rsid w:val="0084619C"/>
    <w:rsid w:val="008462CF"/>
    <w:rsid w:val="00873EE4"/>
    <w:rsid w:val="008A145F"/>
    <w:rsid w:val="00970F33"/>
    <w:rsid w:val="00983C6B"/>
    <w:rsid w:val="00997B2F"/>
    <w:rsid w:val="00AA1D8D"/>
    <w:rsid w:val="00AF569E"/>
    <w:rsid w:val="00B47730"/>
    <w:rsid w:val="00BA275C"/>
    <w:rsid w:val="00BB10A9"/>
    <w:rsid w:val="00BF23C5"/>
    <w:rsid w:val="00C15C06"/>
    <w:rsid w:val="00C40571"/>
    <w:rsid w:val="00C96038"/>
    <w:rsid w:val="00CB0664"/>
    <w:rsid w:val="00CB4F87"/>
    <w:rsid w:val="00CF0D27"/>
    <w:rsid w:val="00D629C6"/>
    <w:rsid w:val="00E62CD4"/>
    <w:rsid w:val="00E67B37"/>
    <w:rsid w:val="00F11503"/>
    <w:rsid w:val="00F30B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30"/>
  <w15:docId w15:val="{9BACCC22-CC83-48A7-8D28-E191B42F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1096</Characters>
  <Application>Microsoft Office Word</Application>
  <DocSecurity>0</DocSecurity>
  <Lines>28</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Yanitsa Nikolova</cp:lastModifiedBy>
  <cp:revision>2</cp:revision>
  <dcterms:created xsi:type="dcterms:W3CDTF">2026-10-13T11:51:00Z</dcterms:created>
  <dcterms:modified xsi:type="dcterms:W3CDTF">2026-10-13T11:51:00Z</dcterms:modified>
  <cp:category/>
</cp:coreProperties>
</file>